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Ходатайство об истребовании доказательств</w:t>
      </w:r>
    </w:p>
    <w:p>
      <w:pPr>
        <w:jc w:val="center"/>
      </w:pPr>
      <w:r>
        <w:rPr>
          <w:i/>
          <w:sz w:val="18"/>
        </w:rPr>
        <w:t>Шаблон ходатайства</w:t>
      </w:r>
    </w:p>
    <w:p>
      <w:r>
        <w:rPr>
          <w:b/>
        </w:rPr>
        <w:t xml:space="preserve">Правовая основа: </w:t>
      </w:r>
      <w:r>
        <w:t>Арбитражный процессуальный кодекс РФ.</w:t>
      </w:r>
    </w:p>
    <w:p>
      <w:r>
        <w:rPr>
          <w:b/>
        </w:rPr>
        <w:t xml:space="preserve">Источник: </w:t>
      </w:r>
      <w:r>
        <w:t>Федеральные арбитражные суды — требования к документам при обращении в суд (arbitr.ru)</w:t>
      </w:r>
    </w:p>
    <w:p>
      <w:r>
        <w:rPr>
          <w:b/>
          <w:sz w:val="22"/>
        </w:rPr>
        <w:t>Реквизиты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суда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Какое доказательство требуется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Какие обстоятельства подтверждает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Где находится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Почему невозможно получить самостоятельно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прилагаемых документов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 участникам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