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Ходатайство об отложении судебного заседания</w:t>
      </w:r>
    </w:p>
    <w:p>
      <w:pPr>
        <w:jc w:val="center"/>
      </w:pPr>
      <w:r>
        <w:rPr>
          <w:i/>
          <w:sz w:val="18"/>
        </w:rPr>
        <w:t>Шаблон ходатайства</w:t>
      </w:r>
    </w:p>
    <w:p>
      <w:r>
        <w:rPr>
          <w:b/>
        </w:rPr>
        <w:t xml:space="preserve">Правовая основа: </w:t>
      </w:r>
      <w:r>
        <w:t>Арбитражный процессуальный кодекс РФ.</w:t>
      </w:r>
    </w:p>
    <w:p>
      <w:r>
        <w:rPr>
          <w:b/>
        </w:rPr>
        <w:t xml:space="preserve">Источник: </w:t>
      </w:r>
      <w:r>
        <w:t>Федеральные арбитражные суды — требования к документам при обращении в суд (arbitr.ru)</w:t>
      </w:r>
    </w:p>
    <w:p>
      <w:r>
        <w:rPr>
          <w:b/>
          <w:sz w:val="22"/>
        </w:rPr>
        <w:t>Реквизиты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суда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дела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Дата заседания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Причина отложения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Подтверждающие документы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Просимый срок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Перечень прилагаемых документов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направления участникам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