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Отзыв на исковое заявление</w:t>
      </w:r>
    </w:p>
    <w:p>
      <w:pPr>
        <w:jc w:val="center"/>
      </w:pPr>
      <w:r>
        <w:rPr>
          <w:i/>
          <w:sz w:val="18"/>
        </w:rPr>
        <w:t>Шаблон отзыва ответчика</w:t>
      </w:r>
    </w:p>
    <w:p>
      <w:r>
        <w:rPr>
          <w:b/>
        </w:rPr>
        <w:t xml:space="preserve">Правовая основа: </w:t>
      </w:r>
      <w:r>
        <w:t>Арбитражный процессуальный кодекс РФ.</w:t>
      </w:r>
    </w:p>
    <w:p>
      <w:r>
        <w:rPr>
          <w:b/>
        </w:rPr>
        <w:t xml:space="preserve">Источник: </w:t>
      </w:r>
      <w:r>
        <w:t>Федеральные арбитражные суды — требования к документам при обращении в суд (arbitr.ru)</w:t>
      </w:r>
    </w:p>
    <w:p>
      <w:r>
        <w:rPr>
          <w:b/>
          <w:sz w:val="22"/>
        </w:rPr>
        <w:t>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суда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Возражения по фактам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Возражения по праву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Просьба суду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прилагаемых 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 участникам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