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Проверка контрагента: базовый due diligence</w:t>
      </w:r>
    </w:p>
    <w:p>
      <w:pPr>
        <w:pStyle w:val="Subtitle"/>
      </w:pPr>
      <w:r>
        <w:rPr>
          <w:rFonts w:ascii="Arial" w:hAnsi="Arial"/>
          <w:color w:val="52605B"/>
          <w:sz w:val="18"/>
        </w:rPr>
        <w:t>Практический рабочий материал • версия от 21.09.2026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2F6F4"/>
            <w:tcMar>
              <w:top w:w="80" w:type="dxa"/>
              <w:start w:w="140" w:type="dxa"/>
              <w:bottom w:w="80" w:type="dxa"/>
              <w:end w:w="140" w:type="dxa"/>
            </w:tcMar>
          </w:tcPr>
          <w:p>
            <w:r>
              <w:rPr>
                <w:rFonts w:ascii="Arial" w:hAnsi="Arial"/>
                <w:color w:val="0B4A37"/>
                <w:sz w:val="17"/>
              </w:rPr>
              <w:t>Как использовать: отмечайте выполненные пункты, добавляйте даты и ответственных. Документ помогает организовать работу, но не заменяет анализ конкретной ситуации и действующих требований.</w:t>
            </w:r>
          </w:p>
        </w:tc>
      </w:tr>
    </w:tbl>
    <w:p>
      <w:pPr>
        <w:pStyle w:val="Heading1"/>
      </w:pPr>
      <w:r>
        <w:t>Статус и полномочия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Актуальная выписка ЕГРЮЛ/ЕГРИП, адрес и виды деятельности.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Директор, срок полномочий, массовость и ограничения.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Лицензии, членство в СРО, доверенности и одобрения.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Финансовые и судебные риски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Бухгалтерская отчётность, активы, убытки и налоговые риски.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Арбитражные дела, исполнительные производства и банкротство.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Залоги движимого имущества, обременения активов и существенные долги.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Реальность ресурсов для исполнения конкретного договора.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Фиксация решения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Сохранить источники и дату проверки.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Запросить пояснения и подтверждения по красным флагам.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Установить аванс, обеспечение, лимит или этапность с учётом риска.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Итоговая отметка</w:t>
      </w:r>
    </w:p>
    <w:p>
      <w:pPr>
        <w:spacing w:after="80"/>
      </w:pPr>
      <w:r>
        <w:t>Ответственный: ____________________    Дата проверки: ____________________</w:t>
        <w:br/>
        <w:t>Комментарий / следующий шаг: 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FF8E7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color w:val="624B18"/>
                <w:sz w:val="17"/>
              </w:rPr>
              <w:t>Важно: формы, сроки и требования могут изменяться. Перед подачей документов сверяйте актуальные сведения на официальных сайтах соответствующего органа и учитывайте обстоятельства вашей ситуации.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979" w:bottom="648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05B"/>
        <w:sz w:val="16"/>
      </w:rPr>
      <w:t>Правовая помощь • pravo-p.ru • +7 925 210-09-01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rial" w:hAnsi="Arial"/>
      <w:color w:val="1E2D2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B4A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B8872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B4A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контрагента: базовый due diligence</dc:title>
  <dc:subject>Практический юридический чек-лист</dc:subject>
  <dc:creator>Правовая помощь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