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об отпуске без сохранения заработной платы</w:t>
      </w:r>
    </w:p>
    <w:p>
      <w:pPr>
        <w:jc w:val="center"/>
      </w:pPr>
      <w:r>
        <w:rPr>
          <w:i/>
          <w:sz w:val="18"/>
        </w:rPr>
        <w:t>Редактируемый трудовой шаблон</w:t>
      </w:r>
    </w:p>
    <w:p>
      <w:r>
        <w:rPr>
          <w:b/>
        </w:rPr>
        <w:t xml:space="preserve">Правовая основа: </w:t>
      </w:r>
      <w:r>
        <w:t>Трудовой кодекс РФ.</w:t>
      </w:r>
    </w:p>
    <w:p>
      <w:r>
        <w:rPr>
          <w:b/>
        </w:rPr>
        <w:t xml:space="preserve">Источник: </w:t>
      </w:r>
      <w:r>
        <w:t>Роструд / Онлайнинспекция.рф — Банк документов по трудовым отношениям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Работодатель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Работник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Период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Причина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Дополнительные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