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Требование о выплате задолженности по заработной плате</w:t>
      </w:r>
    </w:p>
    <w:p>
      <w:pPr>
        <w:jc w:val="center"/>
      </w:pPr>
      <w:r>
        <w:rPr>
          <w:i/>
          <w:sz w:val="18"/>
        </w:rPr>
        <w:t>Редактируемый трудовой шаблон</w:t>
      </w:r>
    </w:p>
    <w:p>
      <w:r>
        <w:rPr>
          <w:b/>
        </w:rPr>
        <w:t xml:space="preserve">Правовая основа: </w:t>
      </w:r>
      <w:r>
        <w:t>Трудовой кодекс РФ.</w:t>
      </w:r>
    </w:p>
    <w:p>
      <w:r>
        <w:rPr>
          <w:b/>
        </w:rPr>
        <w:t xml:space="preserve">Источник: </w:t>
      </w:r>
      <w:r>
        <w:t>Роструд / Онлайнинспекция.рф — Банк документов по трудовым отношениям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Работодатель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Работник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Период задолженности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Сумма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Требование о выплате компенсации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Дополнительные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