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Проверка НКО Минюстом: подготовка</w:t>
      </w:r>
    </w:p>
    <w:p>
      <w:pPr>
        <w:pStyle w:val="Subtitle"/>
      </w:pPr>
      <w:r>
        <w:rPr>
          <w:rFonts w:ascii="Arial" w:hAnsi="Arial"/>
          <w:color w:val="52605B"/>
          <w:sz w:val="18"/>
        </w:rPr>
        <w:t>Практический рабочий материал • версия от 21.09.2026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2F6F4"/>
            <w:tcMar>
              <w:top w:w="80" w:type="dxa"/>
              <w:start w:w="140" w:type="dxa"/>
              <w:bottom w:w="80" w:type="dxa"/>
              <w:end w:w="140" w:type="dxa"/>
            </w:tcMar>
          </w:tcPr>
          <w:p>
            <w:r>
              <w:rPr>
                <w:rFonts w:ascii="Arial" w:hAnsi="Arial"/>
                <w:color w:val="0B4A37"/>
                <w:sz w:val="17"/>
              </w:rPr>
              <w:t>Как использовать: отмечайте выполненные пункты, добавляйте даты и ответственных. Документ помогает организовать работу, но не заменяет анализ конкретной ситуации и действующих требований.</w:t>
            </w:r>
          </w:p>
        </w:tc>
      </w:tr>
    </w:tbl>
    <w:p>
      <w:pPr>
        <w:pStyle w:val="Heading1"/>
      </w:pPr>
      <w:r>
        <w:t>Корпоративные документы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Актуальный устав и листы записи ЕГРЮЛ.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Протоколы/решения органов за проверяемый период.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Документы о полномочиях руководителя и коллегиальных органов.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Положения о филиалах, программах и внутренних процедурах.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Деятельность и финансы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Документы по мероприятиям и уставным программам.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Договоры, первичные документы, сметы и отчёты по целевым средствам.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Публичная и электронная отчётность, подтверждения размещения.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Сведения о благотворителях, пожертвованиях и иностранных источниках — если применимо.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Процедура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7992"/>
        <w:gridCol w:w="1224"/>
      </w:tblGrid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Зафиксировать объём и срок требования.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Назначить ответственного и вести реестр переданных копий.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Не передавать оригиналы без предусмотренного основания и описи.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  <w:tr>
        <w:tc>
          <w:tcPr>
            <w:tcW w:type="dxa" w:w="50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E4EFEA"/>
          </w:tcPr>
          <w:p>
            <w:r>
              <w:rPr>
                <w:rFonts w:ascii="Arial" w:hAnsi="Arial"/>
                <w:color w:val="0B4A37"/>
                <w:sz w:val="15"/>
              </w:rPr>
              <w:t>☐</w:t>
            </w:r>
          </w:p>
        </w:tc>
        <w:tc>
          <w:tcPr>
            <w:tcW w:type="dxa" w:w="7992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color w:val="1E2D28"/>
                <w:sz w:val="18"/>
              </w:rPr>
              <w:t>Подготовить письменные пояснения по неоднозначным вопросам.</w:t>
            </w:r>
          </w:p>
        </w:tc>
        <w:tc>
          <w:tcPr>
            <w:tcW w:type="dxa" w:w="1224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  <w:shd w:fill="F7F7F4"/>
          </w:tcPr>
          <w:p>
            <w:r>
              <w:rPr>
                <w:rFonts w:ascii="Arial" w:hAnsi="Arial"/>
                <w:color w:val="0B4A37"/>
                <w:sz w:val="15"/>
              </w:rPr>
              <w:t>Дата: ____</w:t>
            </w:r>
          </w:p>
        </w:tc>
      </w:tr>
    </w:tbl>
    <w:p>
      <w:pPr>
        <w:pStyle w:val="Heading1"/>
      </w:pPr>
      <w:r>
        <w:t>Итоговая отметка</w:t>
      </w:r>
    </w:p>
    <w:p>
      <w:pPr>
        <w:spacing w:after="80"/>
      </w:pPr>
      <w:r>
        <w:t>Ответственный: ____________________    Дата проверки: ____________________</w:t>
        <w:br/>
        <w:t>Комментарий / следующий шаг: 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FF8E7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r>
              <w:rPr>
                <w:rFonts w:ascii="Arial" w:hAnsi="Arial"/>
                <w:color w:val="624B18"/>
                <w:sz w:val="17"/>
              </w:rPr>
              <w:t>Важно: формы, сроки и требования могут изменяться. Перед подачей документов сверяйте актуальные сведения на официальных сайтах соответствующего органа и учитывайте обстоятельства вашей ситуации.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979" w:bottom="64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05B"/>
        <w:sz w:val="16"/>
      </w:rPr>
      <w:t>Правовая помощь • pravo-p.ru • +7 925 210-09-01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E2D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B4A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B887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B4A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НКО Минюстом: подготовка</dc:title>
  <dc:subject>Практический юридический чек-лист</dc:subject>
  <dc:creator>Правовая помощь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