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Отчётность НКО в Минюст с 2026 года</w:t>
      </w:r>
    </w:p>
    <w:p>
      <w:pPr>
        <w:pStyle w:val="Subtitle"/>
      </w:pPr>
      <w:r>
        <w:rPr>
          <w:rFonts w:ascii="Arial" w:hAnsi="Arial"/>
          <w:color w:val="52605B"/>
          <w:sz w:val="18"/>
        </w:rPr>
        <w:t>Практический рабочий материал • версия от 21.09.2026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82"/>
      </w:tblGrid>
      <w:tr>
        <w:tc>
          <w:tcPr>
            <w:tcW w:type="dxa" w:w="10282"/>
            <w:shd w:fill="F2F6F4"/>
            <w:tcMar>
              <w:top w:w="80" w:type="dxa"/>
              <w:start w:w="140" w:type="dxa"/>
              <w:bottom w:w="80" w:type="dxa"/>
              <w:end w:w="140" w:type="dxa"/>
            </w:tcMar>
          </w:tcPr>
          <w:p>
            <w:r>
              <w:rPr>
                <w:rFonts w:ascii="Arial" w:hAnsi="Arial"/>
                <w:color w:val="0B4A37"/>
                <w:sz w:val="17"/>
              </w:rPr>
              <w:t>Как использовать: отмечайте выполненные пункты, добавляйте даты и ответственных. Документ помогает организовать работу, но не заменяет анализ конкретной ситуации и действующих требований.</w:t>
            </w:r>
          </w:p>
        </w:tc>
      </w:tr>
    </w:tbl>
    <w:p>
      <w:pPr>
        <w:pStyle w:val="Heading1"/>
      </w:pPr>
      <w:r>
        <w:t>Подготовка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"/>
        <w:gridCol w:w="7992"/>
        <w:gridCol w:w="1224"/>
      </w:tblGrid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Проверить доступ руководителя к личному кабинету на портале Минюста.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Сверить сведения об НКО, руководителе, адресе и видах деятельности.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Собрать данные о программах, органах управления, поступлениях и расходовании средств.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Проверить специальные обязанности для статусов и видов деятельности НКО.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</w:tbl>
    <w:p>
      <w:pPr>
        <w:pStyle w:val="Heading1"/>
      </w:pPr>
      <w:r>
        <w:t>Подача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"/>
        <w:gridCol w:w="7992"/>
        <w:gridCol w:w="1224"/>
      </w:tblGrid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Использовать действующую единую электронную форму; старые ОН001, ОН002 и ОН003 не применять.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Сверить отчётные показатели с бухгалтерской и иной отчётностью.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Подписать отчёт уполномоченной электронной подписью и отправить через портал.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Сохранить квитанцию, протокол обработки и итоговую принятую версию.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</w:tbl>
    <w:p>
      <w:pPr>
        <w:pStyle w:val="Heading1"/>
      </w:pPr>
      <w:r>
        <w:t>Итоговая отметка</w:t>
      </w:r>
    </w:p>
    <w:p>
      <w:pPr>
        <w:spacing w:after="80"/>
      </w:pPr>
      <w:r>
        <w:t>Ответственный: ____________________    Дата проверки: ____________________</w:t>
        <w:br/>
        <w:t>Комментарий / следующий шаг: ______________________________________________________________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82"/>
      </w:tblGrid>
      <w:tr>
        <w:tc>
          <w:tcPr>
            <w:tcW w:type="dxa" w:w="10282"/>
            <w:shd w:fill="FFF8E7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r>
              <w:rPr>
                <w:rFonts w:ascii="Arial" w:hAnsi="Arial"/>
                <w:color w:val="624B18"/>
                <w:sz w:val="17"/>
              </w:rPr>
              <w:t>Важно: формы, сроки и требования могут изменяться. Перед подачей документов сверяйте актуальные сведения на официальных сайтах соответствующего органа и учитывайте обстоятельства вашей ситуации.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48" w:right="979" w:bottom="648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52605B"/>
        <w:sz w:val="16"/>
      </w:rPr>
      <w:t>Правовая помощь • pravo-p.ru • +7 925 210-09-01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5" w:lineRule="auto"/>
    </w:pPr>
    <w:rPr>
      <w:rFonts w:ascii="Arial" w:hAnsi="Arial"/>
      <w:color w:val="1E2D28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0B4A37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B8872B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B4A37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Отчётность НКО в Минюст с 2026 года</dc:title>
  <dc:subject>Практический юридический чек-лист</dc:subject>
  <dc:creator>Правовая помощь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