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Акт приёма-передачи недвижимости</w:t>
      </w:r>
    </w:p>
    <w:p>
      <w:pPr>
        <w:jc w:val="center"/>
      </w:pPr>
      <w:r>
        <w:rPr>
          <w:i/>
          <w:sz w:val="18"/>
        </w:rPr>
        <w:t>Редактируемый шаблон по сделкам и регистрации недвижимости</w:t>
      </w:r>
    </w:p>
    <w:p>
      <w:r>
        <w:rPr>
          <w:b/>
        </w:rPr>
        <w:t xml:space="preserve">Правовая основа: </w:t>
      </w:r>
      <w:r>
        <w:t>ГК РФ; Федеральный закон № 218-ФЗ.</w:t>
      </w:r>
    </w:p>
    <w:p>
      <w:r>
        <w:rPr>
          <w:b/>
        </w:rPr>
        <w:t xml:space="preserve">Источник: </w:t>
      </w:r>
      <w:r>
        <w:t>Росреестр / ГК РФ / Федеральный закон № 218-ФЗ «О государственной регистрации недвижимости»</w:t>
      </w:r>
    </w:p>
    <w:p>
      <w:r>
        <w:rPr>
          <w:b/>
          <w:sz w:val="22"/>
        </w:rPr>
        <w:t>Стороны /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Договор-основание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Объект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Кадастровый номер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Состояние объекта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Показания счетчиков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Ключи/документы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Отсутствие/наличие претензий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Документы-основания и подтверждения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