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Апелляционная жалоба на решение налогового органа</w:t>
      </w:r>
    </w:p>
    <w:p>
      <w:pPr>
        <w:jc w:val="center"/>
      </w:pPr>
      <w:r>
        <w:rPr>
          <w:i/>
          <w:sz w:val="18"/>
        </w:rPr>
        <w:t>Шаблон апелляционной жалобы</w:t>
      </w:r>
    </w:p>
    <w:p>
      <w:r>
        <w:rPr>
          <w:b/>
        </w:rPr>
        <w:t xml:space="preserve">Правовая основа: </w:t>
      </w:r>
      <w:r>
        <w:t>НК РФ, ст. 139.1–139.3.</w:t>
      </w:r>
    </w:p>
    <w:p>
      <w:r>
        <w:rPr>
          <w:b/>
        </w:rPr>
        <w:t xml:space="preserve">Источник: </w:t>
      </w:r>
      <w:r>
        <w:t>ФНС России — досудебное обжалование и налоговые вычеты</w:t>
      </w:r>
    </w:p>
    <w:p>
      <w:r>
        <w:rPr>
          <w:b/>
          <w:sz w:val="22"/>
        </w:rPr>
        <w:t>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Решение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Налоговый орган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и дата решения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Доводы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Фактические возражения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Нарушения норм НК РФ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Ссылки на доказательства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Требования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Отменить/изменить решение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